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מגוונים ומשתנים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יישובים כפריים ועירוניים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 מיקום ואת השפעתם על הקמת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ולמה יישובים משתנים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הסיבות להקמת יישוב דווקא במקומו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התרוקנה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קרבה לידע ולתשתיות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 עם מעיין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יישובים גדלים, מתכווצים ומשתנים באופיים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תהליך האורבניזציה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יישוב כפרי קטן וקרוב לטבע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שם העיר מרמז על כך, וזה היה גורם המיקום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בהתחברות לרכבת היא דווקא עשויה לפרוח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אורבניזציה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יישוב לגורם המיקום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 עם מעיין)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(אוניברסיטה והיי-טק)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(מפעלים שנסגרו)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(התחברות לרכבת)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רצף היישובים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מטרופולין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גורם מקורי אחד לפחות וגורם חדש אחד (למשל רכבת, היי-טק, קליטת 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4 גורמי מיקום (2 פיזיים כמו מים/תנאי קרקע, 2 אנושיים כמו תשתיות/קרבה לעבודה) ואתגר הגיוני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גודל, צפיפות, שירותים ואופי 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פיזי: מים/קרקע/הגנה; אנושי: תעסוקה/תשתיות/קרבה לדרכים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גורמי המיקום משתנים, כלכלה משתנה, ומתרחשים תהליכים כמו אורבניזציה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מהיישוב של התלמידים עצמם כדי לחבר את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לוח את רצף היישובים מכפר למגה-סיטי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לעודד הקשבה לטיעונים הנגדיים לפני הצבעה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מגוונים ומשתנים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יישובים נבדלים בגודלם, באופיים ובדרך שבה הם נולדו וגדלים. בדף זה נתרגל את המושגים המרכזיים ונבחן דוגמאות מהארץ ומהעולם.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גורמי מיקום?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הסיבות להקמת יישוב דווקא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כפתורים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חוקי תנועה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סוגי מזון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יישוב הוקם סביב נמל?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עיירת פיתוח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לדטרויט כשהמפעלים נסגרו?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גדלה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התרוקנה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הפכה לכפר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קיבלה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יותר בעידן הדיגיטלי מקרבה לחומרי גלם?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קרבה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קרבה לידע ולתשתיות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קרבה להרים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קרבה לנמל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ירושלים גדלה סביב: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עם מעיין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בארות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תחנת רכבת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היישובים נשארים אותו דבר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שעובר אורבניזציה הופך עירוני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כפרי הוא בדרך כלל גדול וצפוף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 שבע הוקמה במקור סביב בארות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עיירת פיתוח שמתחברת לרכבת עלולה רק להתרוקן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יישוב הוא מקום שבו אנשים __________ ועובדים באופן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ברצף היישובים, בין כפר לעיר נמצאים גם מושב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יישוב כפרי הופך עירוני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גורם מיקום שהיה חשוב בעבר ליישובים הוא קרבה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עיר שגדלה סביב אוניברסיטה והיי-טק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יישוב __________ מאופיין בקהילה קטנה שבה כולם מכירים את כולם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יישוב לגורם המיקום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התחברות לרכבת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מפעלים שנסגרו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באר שבע (היום)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 עם מעיין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דטרויט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אוניברסיטה והיי-טק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עיירת פיתוח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רצף היישובים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מטרופולין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(שלכם או סמוך) וכתבו: מתי הוקם, מה היו גורמי המיקום המקוריים, ואילו גורמים חדשים משנים אותו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אתם מתכננים יישוב חדש ב-2050. בחרו מיקום ונמקו באמצעות שני גורמים פיזיים ושני גורמים אנושיים, וציינו אתגר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המרכזי בין יישוב כפרי לעירוני?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לגורם מיקום פיזי ואחד אנושי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יישובים משתנים עם הזמן?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מגוונים ומשתנים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