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 מיקום ואת השפעתם על הקמת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ולמה יישובים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הסיבות להקמת יישוב דווקא במקומו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התרוקנה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יישובים גדלים, מתכווצים ומשתנים באופיים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תהליך האורבניזציה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 כפרי קטן וקרוב לטבע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אורבניזציה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לגורם המיקום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 עם 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(אוניברסיטה והיי-טק)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(מפעלים שנסגרו)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היישובים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גורם מקורי אחד לפחות וגורם חדש אחד (למשל רכבת, היי-טק, קליטת 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גודל, צפיפות, שירותים ואופי 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פיזי: מים/קרקע/הגנה; אנושי: תעסוקה/תשתיות/קרבה לדרכים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גורמי המיקום משתנים, כלכלה משתנה, ומתרחשים תהליכים כמו אורבניזציה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מהיישוב של התלמידים עצמם כדי לחבר את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לוח את רצף היישובים מכפר למגה-סיטי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לעודד הקשבה לטיעונים הנגדיים לפני הצבעה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יישובים נבדלים בגודלם, באופיים ובדרך שבה הם נולדו וגדלים. בדף זה נתרגל את המושגים המרכזיים ונבחן דוגמאות מהארץ ומהעולם.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מושבה  ·  חיים  ·  אורבניזציה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גורמי מיקום?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הסיבות להקמת יישוב דווקא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כפתורים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חוקי תנועה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יישוב הוקם סביב נמל?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קרה לדטרויט כשהמפעלים נסגרו?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גדלה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התרוקנה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הפכה לכפר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היישובים נשארים אותו דבר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כפר שעובר אורבניזציה הופך עירוני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יישוב כפרי הוא בדרך כלל גדול וצפוף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יישוב הוא מקום שבו אנשים __________ ועובדים באופן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ברצף היישובים, בין כפר לעיר נמצאים גם מושב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תהליך שבו יישוב כפרי הופך עירוני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יישוב לגורם המיקום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אוניברסיטה והיי-טק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 עם 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באר שבע (היום)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מפעלים שנסגרו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דטרויט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רצף היישובים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מושב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יישוב (שלכם או סמוך) וכתבו: מתי הוקם, מה היו גורמי המיקום המקוריים, ואילו גורמים חדשים משנים אותו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המרכזי בין יישוב כפרי לעירוני?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לגורם מיקום פיזי ואחד אנושי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מגוונים ומשתנים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